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09" cy="1069213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21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603250</wp:posOffset>
            </wp:positionH>
            <wp:positionV relativeFrom="page">
              <wp:posOffset>6457950</wp:posOffset>
            </wp:positionV>
            <wp:extent cx="2679700" cy="25273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25273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3987800</wp:posOffset>
            </wp:positionH>
            <wp:positionV relativeFrom="page">
              <wp:posOffset>6515100</wp:posOffset>
            </wp:positionV>
            <wp:extent cx="3035300" cy="25273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25273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925830</wp:posOffset>
            </wp:positionH>
            <wp:positionV relativeFrom="page">
              <wp:posOffset>538480</wp:posOffset>
            </wp:positionV>
            <wp:extent cx="5849620" cy="113538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11353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553720</wp:posOffset>
            </wp:positionH>
            <wp:positionV relativeFrom="page">
              <wp:posOffset>2184400</wp:posOffset>
            </wp:positionV>
            <wp:extent cx="6487159" cy="100838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7159" cy="10083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535940</wp:posOffset>
            </wp:positionH>
            <wp:positionV relativeFrom="page">
              <wp:posOffset>3365500</wp:posOffset>
            </wp:positionV>
            <wp:extent cx="3892550" cy="28447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92550" cy="28447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572770</wp:posOffset>
            </wp:positionH>
            <wp:positionV relativeFrom="page">
              <wp:posOffset>3768090</wp:posOffset>
            </wp:positionV>
            <wp:extent cx="2247900" cy="28321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832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534670</wp:posOffset>
            </wp:positionH>
            <wp:positionV relativeFrom="page">
              <wp:posOffset>4221480</wp:posOffset>
            </wp:positionV>
            <wp:extent cx="2174240" cy="28321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74240" cy="2832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749300</wp:posOffset>
            </wp:positionH>
            <wp:positionV relativeFrom="page">
              <wp:posOffset>4657090</wp:posOffset>
            </wp:positionV>
            <wp:extent cx="3376929" cy="38862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76929" cy="3886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554990</wp:posOffset>
            </wp:positionH>
            <wp:positionV relativeFrom="page">
              <wp:posOffset>5215890</wp:posOffset>
            </wp:positionV>
            <wp:extent cx="6628130" cy="100838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28130" cy="10083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657860</wp:posOffset>
            </wp:positionH>
            <wp:positionV relativeFrom="page">
              <wp:posOffset>9236710</wp:posOffset>
            </wp:positionV>
            <wp:extent cx="2424429" cy="35687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24429" cy="3568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4131310</wp:posOffset>
            </wp:positionH>
            <wp:positionV relativeFrom="page">
              <wp:posOffset>9215120</wp:posOffset>
            </wp:positionV>
            <wp:extent cx="2597149" cy="35687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97149" cy="35687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ectPr>
          <w:pgSz w:w="11906" w:h="16838"/>
          <w:pgMar w:top="0" w:right="0" w:bottom="0" w:left="0" w:header="720" w:footer="720" w:gutter="0"/>
          <w:cols/>
          <w:docGrid w:linePitch="360"/>
        </w:sectPr>
      </w:pPr>
    </w:p>
    <w:p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09" cy="1069213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921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727710</wp:posOffset>
            </wp:positionH>
            <wp:positionV relativeFrom="page">
              <wp:posOffset>461009</wp:posOffset>
            </wp:positionV>
            <wp:extent cx="4080510" cy="38989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80510" cy="38989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626110</wp:posOffset>
            </wp:positionH>
            <wp:positionV relativeFrom="page">
              <wp:posOffset>980440</wp:posOffset>
            </wp:positionV>
            <wp:extent cx="6349999" cy="24574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49999" cy="24574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831850</wp:posOffset>
            </wp:positionH>
            <wp:positionV relativeFrom="page">
              <wp:posOffset>3190240</wp:posOffset>
            </wp:positionV>
            <wp:extent cx="3590290" cy="3683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90290" cy="3683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721360</wp:posOffset>
            </wp:positionH>
            <wp:positionV relativeFrom="page">
              <wp:posOffset>3883660</wp:posOffset>
            </wp:positionV>
            <wp:extent cx="5740400" cy="9245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9245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732790</wp:posOffset>
            </wp:positionH>
            <wp:positionV relativeFrom="page">
              <wp:posOffset>5001260</wp:posOffset>
            </wp:positionV>
            <wp:extent cx="5828030" cy="114553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114553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802640</wp:posOffset>
            </wp:positionH>
            <wp:positionV relativeFrom="page">
              <wp:posOffset>6328410</wp:posOffset>
            </wp:positionV>
            <wp:extent cx="3629660" cy="36829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29660" cy="36829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713740</wp:posOffset>
            </wp:positionH>
            <wp:positionV relativeFrom="page">
              <wp:posOffset>6882130</wp:posOffset>
            </wp:positionV>
            <wp:extent cx="6031230" cy="13652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1365250"/>
                    </a:xfrm>
                    <a:prstGeom prst="rect"/>
                  </pic:spPr>
                </pic:pic>
              </a:graphicData>
            </a:graphic>
          </wp:anchor>
        </w:drawing>
      </w:r>
    </w:p>
    <w:sectPr w:rsidR="00FC693F" w:rsidRPr="0006063C" w:rsidSect="00034616">
      <w:pgSz w:w="11906" w:h="16838"/>
      <w:pgMar w:top="0" w:right="0" w:bottom="0" w:left="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